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7C85F" w14:textId="77777777" w:rsidR="005B6769" w:rsidRPr="00371DAC" w:rsidRDefault="00000000" w:rsidP="00AC0E79">
      <w:pPr>
        <w:jc w:val="center"/>
        <w:rPr>
          <w:rFonts w:ascii="Aptos" w:hAnsi="Aptos"/>
          <w:b/>
          <w:color w:val="7030A0"/>
          <w:sz w:val="48"/>
        </w:rPr>
      </w:pPr>
      <w:r w:rsidRPr="00371DAC">
        <w:rPr>
          <w:rFonts w:ascii="Aptos" w:hAnsi="Aptos"/>
          <w:b/>
          <w:color w:val="7030A0"/>
          <w:sz w:val="48"/>
        </w:rPr>
        <w:t>Lleswyl 2027 – Artist Application Form</w:t>
      </w:r>
    </w:p>
    <w:p w14:paraId="5D311722" w14:textId="319D0DD7" w:rsidR="00282D72" w:rsidRPr="00AC0E79" w:rsidRDefault="00282D72" w:rsidP="00AC0E79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7128AED8" wp14:editId="2DD14760">
            <wp:extent cx="2366962" cy="2327766"/>
            <wp:effectExtent l="0" t="0" r="0" b="0"/>
            <wp:docPr id="220544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44216" name="Picture 2205442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8091" cy="233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D32F" w14:textId="77777777" w:rsidR="005B6769" w:rsidRPr="00AC0E79" w:rsidRDefault="00000000">
      <w:pPr>
        <w:jc w:val="center"/>
        <w:rPr>
          <w:rFonts w:ascii="Aptos" w:hAnsi="Aptos"/>
        </w:rPr>
      </w:pPr>
      <w:r w:rsidRPr="00AC0E79">
        <w:rPr>
          <w:rFonts w:ascii="Aptos" w:hAnsi="Aptos"/>
          <w:i/>
          <w:color w:val="666666"/>
          <w:sz w:val="24"/>
        </w:rPr>
        <w:t>Organised by Daring to Dream (Registered Charity No. 1190590)</w:t>
      </w:r>
    </w:p>
    <w:p w14:paraId="6D5C4F75" w14:textId="6D34B1D0" w:rsidR="00AC0E79" w:rsidRPr="00AC0E79" w:rsidRDefault="00AC0E79">
      <w:pPr>
        <w:spacing w:after="360"/>
        <w:rPr>
          <w:rFonts w:ascii="Aptos" w:hAnsi="Aptos"/>
        </w:rPr>
      </w:pPr>
      <w:proofErr w:type="spellStart"/>
      <w:r w:rsidRPr="00AC0E79">
        <w:rPr>
          <w:rFonts w:ascii="Aptos" w:hAnsi="Aptos"/>
        </w:rPr>
        <w:t>Lleswyl</w:t>
      </w:r>
      <w:proofErr w:type="spellEnd"/>
      <w:r w:rsidRPr="00AC0E79">
        <w:rPr>
          <w:rFonts w:ascii="Aptos" w:hAnsi="Aptos"/>
        </w:rPr>
        <w:t xml:space="preserve"> 2027 will be broadcast live on Friday 19 February 2027 from 7pm onwards</w:t>
      </w:r>
      <w:r w:rsidR="0034071F">
        <w:rPr>
          <w:rFonts w:ascii="Aptos" w:hAnsi="Aptos"/>
        </w:rPr>
        <w:t xml:space="preserve"> from The Paget Rooms, Penarth</w:t>
      </w:r>
      <w:r w:rsidRPr="00AC0E79">
        <w:rPr>
          <w:rFonts w:ascii="Aptos" w:hAnsi="Aptos"/>
        </w:rPr>
        <w:t xml:space="preserve">. </w:t>
      </w:r>
    </w:p>
    <w:p w14:paraId="262C04C6" w14:textId="0E97B736" w:rsidR="00AC0E79" w:rsidRPr="00AC0E79" w:rsidRDefault="00000000">
      <w:pPr>
        <w:spacing w:after="360"/>
        <w:rPr>
          <w:rFonts w:ascii="Aptos" w:hAnsi="Aptos"/>
        </w:rPr>
      </w:pPr>
      <w:r w:rsidRPr="00AC0E79">
        <w:rPr>
          <w:rFonts w:ascii="Aptos" w:hAnsi="Aptos"/>
        </w:rPr>
        <w:t xml:space="preserve">Thank you for your interest in performing at Lleswyl 2027. Lleswyl is a unique, livestreamed 'festival-at-home' designed to bring the joy and emotional boost of </w:t>
      </w:r>
      <w:r w:rsidR="00AC0E79" w:rsidRPr="00AC0E79">
        <w:rPr>
          <w:rFonts w:ascii="Aptos" w:hAnsi="Aptos"/>
        </w:rPr>
        <w:t xml:space="preserve">quality and diverse </w:t>
      </w:r>
      <w:r w:rsidRPr="00AC0E79">
        <w:rPr>
          <w:rFonts w:ascii="Aptos" w:hAnsi="Aptos"/>
        </w:rPr>
        <w:t xml:space="preserve">music directly to individuals across Wales </w:t>
      </w:r>
      <w:r w:rsidR="00AC0E79" w:rsidRPr="00AC0E79">
        <w:rPr>
          <w:rFonts w:ascii="Aptos" w:hAnsi="Aptos"/>
        </w:rPr>
        <w:t xml:space="preserve">isolated </w:t>
      </w:r>
      <w:r w:rsidRPr="00AC0E79">
        <w:rPr>
          <w:rFonts w:ascii="Aptos" w:hAnsi="Aptos"/>
        </w:rPr>
        <w:t xml:space="preserve">by chronic illness, disability, or loneliness. </w:t>
      </w:r>
    </w:p>
    <w:p w14:paraId="6D3D7124" w14:textId="30FAF23E" w:rsidR="005B6769" w:rsidRPr="00AC0E79" w:rsidRDefault="00000000">
      <w:pPr>
        <w:spacing w:after="360"/>
        <w:rPr>
          <w:rFonts w:ascii="Aptos" w:hAnsi="Aptos"/>
        </w:rPr>
      </w:pPr>
      <w:r w:rsidRPr="00AC0E79">
        <w:rPr>
          <w:rFonts w:ascii="Aptos" w:hAnsi="Aptos"/>
        </w:rPr>
        <w:t>Please complete this application form to help our programming team understand your act, your technical setup, and how you align with our festival ethos.</w:t>
      </w:r>
    </w:p>
    <w:p w14:paraId="15DA1748" w14:textId="77777777" w:rsidR="000C3429" w:rsidRDefault="00AC0E79">
      <w:pPr>
        <w:spacing w:after="360"/>
        <w:rPr>
          <w:rFonts w:ascii="Aptos" w:hAnsi="Aptos"/>
          <w:b/>
          <w:bCs/>
        </w:rPr>
      </w:pPr>
      <w:r w:rsidRPr="00AC0E79">
        <w:rPr>
          <w:rFonts w:ascii="Aptos" w:hAnsi="Aptos"/>
          <w:b/>
          <w:bCs/>
        </w:rPr>
        <w:t xml:space="preserve">Please note: </w:t>
      </w:r>
    </w:p>
    <w:p w14:paraId="3A348AE4" w14:textId="4AC3F68B" w:rsidR="00AC0E79" w:rsidRDefault="00AC0E79" w:rsidP="000C3429">
      <w:pPr>
        <w:pStyle w:val="ListParagraph"/>
        <w:numPr>
          <w:ilvl w:val="0"/>
          <w:numId w:val="13"/>
        </w:numPr>
        <w:spacing w:after="360"/>
        <w:rPr>
          <w:rFonts w:ascii="Aptos" w:hAnsi="Aptos"/>
          <w:b/>
          <w:bCs/>
        </w:rPr>
      </w:pPr>
      <w:r w:rsidRPr="000C3429">
        <w:rPr>
          <w:rFonts w:ascii="Aptos" w:hAnsi="Aptos"/>
          <w:b/>
          <w:bCs/>
        </w:rPr>
        <w:t xml:space="preserve">Two acts will be selected to perform live on the night. Other </w:t>
      </w:r>
      <w:r w:rsidR="00D2176C" w:rsidRPr="000C3429">
        <w:rPr>
          <w:rFonts w:ascii="Aptos" w:hAnsi="Aptos"/>
          <w:b/>
          <w:bCs/>
        </w:rPr>
        <w:t>selected acts</w:t>
      </w:r>
      <w:r w:rsidRPr="000C3429">
        <w:rPr>
          <w:rFonts w:ascii="Aptos" w:hAnsi="Aptos"/>
          <w:b/>
          <w:bCs/>
        </w:rPr>
        <w:t xml:space="preserve"> will be </w:t>
      </w:r>
      <w:r w:rsidR="00D2176C" w:rsidRPr="000C3429">
        <w:rPr>
          <w:rFonts w:ascii="Aptos" w:hAnsi="Aptos"/>
          <w:b/>
          <w:bCs/>
        </w:rPr>
        <w:t>‘pre-</w:t>
      </w:r>
      <w:r w:rsidRPr="000C3429">
        <w:rPr>
          <w:rFonts w:ascii="Aptos" w:hAnsi="Aptos"/>
          <w:b/>
          <w:bCs/>
        </w:rPr>
        <w:t>recorded as</w:t>
      </w:r>
      <w:r w:rsidR="00D2176C" w:rsidRPr="000C3429">
        <w:rPr>
          <w:rFonts w:ascii="Aptos" w:hAnsi="Aptos"/>
          <w:b/>
          <w:bCs/>
        </w:rPr>
        <w:t xml:space="preserve"> </w:t>
      </w:r>
      <w:r w:rsidRPr="000C3429">
        <w:rPr>
          <w:rFonts w:ascii="Aptos" w:hAnsi="Aptos"/>
          <w:b/>
          <w:bCs/>
        </w:rPr>
        <w:t>live</w:t>
      </w:r>
      <w:r w:rsidR="00D2176C" w:rsidRPr="000C3429">
        <w:rPr>
          <w:rFonts w:ascii="Aptos" w:hAnsi="Aptos"/>
          <w:b/>
          <w:bCs/>
        </w:rPr>
        <w:t>’</w:t>
      </w:r>
      <w:r w:rsidRPr="000C3429">
        <w:rPr>
          <w:rFonts w:ascii="Aptos" w:hAnsi="Aptos"/>
          <w:b/>
          <w:bCs/>
        </w:rPr>
        <w:t xml:space="preserve"> one weekend in November 2026</w:t>
      </w:r>
      <w:r w:rsidR="005673BF" w:rsidRPr="000C3429">
        <w:rPr>
          <w:rFonts w:ascii="Aptos" w:hAnsi="Aptos"/>
          <w:b/>
          <w:bCs/>
        </w:rPr>
        <w:t xml:space="preserve"> in Penarth</w:t>
      </w:r>
      <w:r w:rsidRPr="000C3429">
        <w:rPr>
          <w:rFonts w:ascii="Aptos" w:hAnsi="Aptos"/>
          <w:b/>
          <w:bCs/>
        </w:rPr>
        <w:t>.</w:t>
      </w:r>
    </w:p>
    <w:p w14:paraId="03D4442B" w14:textId="0B682136" w:rsidR="000C3429" w:rsidRPr="000C3429" w:rsidRDefault="000C3429" w:rsidP="000C3429">
      <w:pPr>
        <w:pStyle w:val="ListParagraph"/>
        <w:numPr>
          <w:ilvl w:val="0"/>
          <w:numId w:val="13"/>
        </w:numPr>
        <w:spacing w:after="36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All selected acts will agree a contract with Daring to Dream relating to their performance in </w:t>
      </w:r>
      <w:proofErr w:type="spellStart"/>
      <w:r>
        <w:rPr>
          <w:rFonts w:ascii="Aptos" w:hAnsi="Aptos"/>
          <w:b/>
          <w:bCs/>
        </w:rPr>
        <w:t>Lleswyl</w:t>
      </w:r>
      <w:proofErr w:type="spellEnd"/>
      <w:r>
        <w:rPr>
          <w:rFonts w:ascii="Aptos" w:hAnsi="Aptos"/>
          <w:b/>
          <w:bCs/>
        </w:rPr>
        <w:t xml:space="preserve"> 2027</w:t>
      </w:r>
      <w:r w:rsidR="004B7FFC">
        <w:rPr>
          <w:rFonts w:ascii="Aptos" w:hAnsi="Aptos"/>
          <w:b/>
          <w:bCs/>
        </w:rPr>
        <w:t xml:space="preserve"> and related agreements and fees. </w:t>
      </w:r>
    </w:p>
    <w:p w14:paraId="692A5BBA" w14:textId="77777777" w:rsidR="005B6769" w:rsidRPr="00A70BAE" w:rsidRDefault="00000000">
      <w:pPr>
        <w:keepNext/>
        <w:spacing w:before="360" w:after="120"/>
        <w:rPr>
          <w:rFonts w:ascii="Aptos" w:hAnsi="Aptos"/>
          <w:color w:val="7030A0"/>
        </w:rPr>
      </w:pPr>
      <w:r w:rsidRPr="00A70BAE">
        <w:rPr>
          <w:rFonts w:ascii="Aptos" w:hAnsi="Aptos"/>
          <w:b/>
          <w:color w:val="7030A0"/>
          <w:sz w:val="28"/>
        </w:rPr>
        <w:t>Section 1: Contact &amp; Profile Details</w:t>
      </w:r>
    </w:p>
    <w:p w14:paraId="190DD84C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Artist / Band / Choir Name: </w:t>
      </w:r>
      <w:r w:rsidRPr="00AC0E79">
        <w:rPr>
          <w:rFonts w:ascii="Aptos" w:hAnsi="Aptos"/>
        </w:rPr>
        <w:t>____________________________________________________</w:t>
      </w:r>
    </w:p>
    <w:p w14:paraId="432F9A66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Primary Contact Person: </w:t>
      </w:r>
      <w:r w:rsidRPr="00AC0E79">
        <w:rPr>
          <w:rFonts w:ascii="Aptos" w:hAnsi="Aptos"/>
        </w:rPr>
        <w:t>____________________________________________________</w:t>
      </w:r>
    </w:p>
    <w:p w14:paraId="14431D24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Email Address: </w:t>
      </w:r>
      <w:r w:rsidRPr="00AC0E79">
        <w:rPr>
          <w:rFonts w:ascii="Aptos" w:hAnsi="Aptos"/>
        </w:rPr>
        <w:t>____________________________________________________</w:t>
      </w:r>
    </w:p>
    <w:p w14:paraId="6DC198A3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lastRenderedPageBreak/>
        <w:t xml:space="preserve">• Phone Number: </w:t>
      </w:r>
      <w:r w:rsidRPr="00AC0E79">
        <w:rPr>
          <w:rFonts w:ascii="Aptos" w:hAnsi="Aptos"/>
        </w:rPr>
        <w:t>____________________________________________________</w:t>
      </w:r>
    </w:p>
    <w:p w14:paraId="370985A6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Location (Town/City &amp; County): </w:t>
      </w:r>
      <w:r w:rsidRPr="00AC0E79">
        <w:rPr>
          <w:rFonts w:ascii="Aptos" w:hAnsi="Aptos"/>
        </w:rPr>
        <w:t>____________________________________________________</w:t>
      </w:r>
    </w:p>
    <w:p w14:paraId="03590275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Number of Performers on Stage: </w:t>
      </w:r>
      <w:r w:rsidRPr="00AC0E79">
        <w:rPr>
          <w:rFonts w:ascii="Aptos" w:hAnsi="Aptos"/>
        </w:rPr>
        <w:t>____________________________________________________</w:t>
      </w:r>
    </w:p>
    <w:p w14:paraId="08BFEB1E" w14:textId="77777777" w:rsidR="005B6769" w:rsidRPr="00AC0E79" w:rsidRDefault="00000000">
      <w:pPr>
        <w:spacing w:after="240"/>
        <w:rPr>
          <w:rFonts w:ascii="Aptos" w:hAnsi="Aptos"/>
        </w:rPr>
      </w:pPr>
      <w:r w:rsidRPr="00AC0E79">
        <w:rPr>
          <w:rFonts w:ascii="Aptos" w:hAnsi="Aptos"/>
          <w:b/>
        </w:rPr>
        <w:t>• Artist Biography &amp; Music Genre (Max 150 words):</w:t>
      </w:r>
      <w:r w:rsidRPr="00AC0E79">
        <w:rPr>
          <w:rFonts w:ascii="Aptos" w:hAnsi="Aptos"/>
          <w:b/>
        </w:rPr>
        <w:br/>
      </w:r>
      <w:r w:rsidRPr="00AC0E79">
        <w:rPr>
          <w:rFonts w:ascii="Aptos" w:hAnsi="Aptos"/>
        </w:rPr>
        <w:br/>
      </w:r>
      <w:r w:rsidRPr="00AC0E79">
        <w:rPr>
          <w:rFonts w:ascii="Aptos" w:hAnsi="Aptos"/>
        </w:rPr>
        <w:br/>
      </w:r>
      <w:r w:rsidRPr="00AC0E79">
        <w:rPr>
          <w:rFonts w:ascii="Aptos" w:hAnsi="Aptos"/>
        </w:rPr>
        <w:br/>
        <w:t>____________________________________________________</w:t>
      </w:r>
    </w:p>
    <w:p w14:paraId="45ABA29C" w14:textId="77777777" w:rsidR="005B6769" w:rsidRPr="00A70BAE" w:rsidRDefault="00000000">
      <w:pPr>
        <w:keepNext/>
        <w:spacing w:before="360" w:after="120"/>
        <w:rPr>
          <w:rFonts w:ascii="Aptos" w:hAnsi="Aptos"/>
          <w:color w:val="7030A0"/>
        </w:rPr>
      </w:pPr>
      <w:r w:rsidRPr="00A70BAE">
        <w:rPr>
          <w:rFonts w:ascii="Aptos" w:hAnsi="Aptos"/>
          <w:b/>
          <w:color w:val="7030A0"/>
          <w:sz w:val="28"/>
        </w:rPr>
        <w:t>Section 2: Ethos Alignment &amp; Performance Style</w:t>
      </w:r>
    </w:p>
    <w:p w14:paraId="7860E1EF" w14:textId="37C88A81" w:rsidR="00AC0E79" w:rsidRPr="00AC0E79" w:rsidRDefault="00000000" w:rsidP="00AC0E79">
      <w:pPr>
        <w:rPr>
          <w:rFonts w:ascii="Aptos" w:hAnsi="Aptos"/>
          <w:b/>
        </w:rPr>
      </w:pPr>
      <w:proofErr w:type="spellStart"/>
      <w:r w:rsidRPr="00AC0E79">
        <w:rPr>
          <w:rFonts w:ascii="Aptos" w:hAnsi="Aptos"/>
          <w:b/>
        </w:rPr>
        <w:t>Lleswyl</w:t>
      </w:r>
      <w:proofErr w:type="spellEnd"/>
      <w:r w:rsidRPr="00AC0E79">
        <w:rPr>
          <w:rFonts w:ascii="Aptos" w:hAnsi="Aptos"/>
          <w:b/>
        </w:rPr>
        <w:t xml:space="preserve"> focuses on delivering an uplifting and joyous experience. </w:t>
      </w:r>
      <w:r w:rsidR="00AC0E79" w:rsidRPr="00AC0E79">
        <w:rPr>
          <w:rFonts w:ascii="Aptos" w:hAnsi="Aptos"/>
          <w:b/>
        </w:rPr>
        <w:t>It is a powerful mix of fabulous music and conversations highlighting the role of emotional health in living well with illness.</w:t>
      </w:r>
    </w:p>
    <w:p w14:paraId="648A03CD" w14:textId="47383D6D" w:rsidR="005B6769" w:rsidRPr="00AC0E79" w:rsidRDefault="00000000" w:rsidP="00AC0E79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AC0E79">
        <w:rPr>
          <w:rFonts w:ascii="Aptos" w:hAnsi="Aptos"/>
          <w:b/>
        </w:rPr>
        <w:t>Briefly describe how your set/repertoire fits this atmosphere:</w:t>
      </w:r>
      <w:r w:rsidRPr="00AC0E79">
        <w:rPr>
          <w:rFonts w:ascii="Aptos" w:hAnsi="Aptos"/>
          <w:b/>
        </w:rPr>
        <w:br/>
      </w:r>
      <w:r w:rsidRPr="00AC0E79">
        <w:rPr>
          <w:rFonts w:ascii="Aptos" w:hAnsi="Aptos"/>
        </w:rPr>
        <w:br/>
      </w:r>
      <w:r w:rsidRPr="00AC0E79">
        <w:rPr>
          <w:rFonts w:ascii="Aptos" w:hAnsi="Aptos"/>
        </w:rPr>
        <w:br/>
        <w:t>____________________________________________________</w:t>
      </w:r>
    </w:p>
    <w:p w14:paraId="1DC0B41B" w14:textId="77777777" w:rsidR="005B6769" w:rsidRPr="00AC0E79" w:rsidRDefault="00000000">
      <w:pPr>
        <w:rPr>
          <w:rFonts w:ascii="Aptos" w:hAnsi="Aptos"/>
        </w:rPr>
      </w:pPr>
      <w:r w:rsidRPr="00AC0E79">
        <w:rPr>
          <w:rFonts w:ascii="Aptos" w:hAnsi="Aptos"/>
          <w:b/>
        </w:rPr>
        <w:t>2. As a hybrid digital festival, engaging with a remote camera audience is crucial. Do you have experience projecting energy to an online or broadcast audience?</w:t>
      </w:r>
      <w:r w:rsidRPr="00AC0E79">
        <w:rPr>
          <w:rFonts w:ascii="Aptos" w:hAnsi="Aptos"/>
          <w:b/>
        </w:rPr>
        <w:br/>
      </w:r>
      <w:r w:rsidRPr="00AC0E79">
        <w:rPr>
          <w:rFonts w:ascii="Aptos" w:hAnsi="Aptos"/>
        </w:rPr>
        <w:t>[  ] Yes   [  ] No</w:t>
      </w:r>
      <w:r w:rsidRPr="00AC0E79">
        <w:rPr>
          <w:rFonts w:ascii="Aptos" w:hAnsi="Aptos"/>
        </w:rPr>
        <w:br/>
        <w:t>Comments: __________________________________________</w:t>
      </w:r>
    </w:p>
    <w:p w14:paraId="04CA211E" w14:textId="77777777" w:rsidR="005B6769" w:rsidRPr="00AC0E79" w:rsidRDefault="00000000">
      <w:pPr>
        <w:rPr>
          <w:rFonts w:ascii="Aptos" w:hAnsi="Aptos"/>
        </w:rPr>
      </w:pPr>
      <w:r w:rsidRPr="00AC0E79">
        <w:rPr>
          <w:rFonts w:ascii="Aptos" w:hAnsi="Aptos"/>
          <w:b/>
        </w:rPr>
        <w:t>3. Do you perform any songs in the Welsh language, or are you able to offer a bilingual introduction?</w:t>
      </w:r>
      <w:r w:rsidRPr="00AC0E79">
        <w:rPr>
          <w:rFonts w:ascii="Aptos" w:hAnsi="Aptos"/>
          <w:b/>
        </w:rPr>
        <w:br/>
      </w:r>
      <w:r w:rsidRPr="00AC0E79">
        <w:rPr>
          <w:rFonts w:ascii="Aptos" w:hAnsi="Aptos"/>
        </w:rPr>
        <w:t>[  ] Yes, fully Welsh   [  ] Yes, bilingual elements   [  ] English only</w:t>
      </w:r>
    </w:p>
    <w:p w14:paraId="59651CF1" w14:textId="77777777" w:rsidR="005B6769" w:rsidRPr="00A70BAE" w:rsidRDefault="00000000">
      <w:pPr>
        <w:keepNext/>
        <w:spacing w:before="360" w:after="120"/>
        <w:rPr>
          <w:rFonts w:ascii="Aptos" w:hAnsi="Aptos"/>
          <w:color w:val="7030A0"/>
        </w:rPr>
      </w:pPr>
      <w:r w:rsidRPr="00A70BAE">
        <w:rPr>
          <w:rFonts w:ascii="Aptos" w:hAnsi="Aptos"/>
          <w:b/>
          <w:color w:val="7030A0"/>
          <w:sz w:val="28"/>
        </w:rPr>
        <w:t>Section 3: Media &amp; Performance Links</w:t>
      </w:r>
    </w:p>
    <w:p w14:paraId="1714275D" w14:textId="77777777" w:rsidR="005B6769" w:rsidRPr="00AC0E79" w:rsidRDefault="00000000">
      <w:pPr>
        <w:spacing w:after="120"/>
        <w:rPr>
          <w:rFonts w:ascii="Aptos" w:hAnsi="Aptos"/>
        </w:rPr>
      </w:pPr>
      <w:r w:rsidRPr="00AC0E79">
        <w:rPr>
          <w:rFonts w:ascii="Aptos" w:hAnsi="Aptos"/>
        </w:rPr>
        <w:t>Please provide links to high-quality videos of live performances or audio tracks (e.g., YouTube, Vimeo, SoundCloud, Spotify):</w:t>
      </w:r>
    </w:p>
    <w:p w14:paraId="7B36DE24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Live Performance Video Link 1: </w:t>
      </w:r>
      <w:r w:rsidRPr="00AC0E79">
        <w:rPr>
          <w:rFonts w:ascii="Aptos" w:hAnsi="Aptos"/>
        </w:rPr>
        <w:t>____________________________________________________</w:t>
      </w:r>
    </w:p>
    <w:p w14:paraId="02F51699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Live Performance Video Link 2: </w:t>
      </w:r>
      <w:r w:rsidRPr="00AC0E79">
        <w:rPr>
          <w:rFonts w:ascii="Aptos" w:hAnsi="Aptos"/>
        </w:rPr>
        <w:t>____________________________________________________</w:t>
      </w:r>
    </w:p>
    <w:p w14:paraId="0F70A774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Audio / Website / Social Media Link: </w:t>
      </w:r>
      <w:r w:rsidRPr="00AC0E79">
        <w:rPr>
          <w:rFonts w:ascii="Aptos" w:hAnsi="Aptos"/>
        </w:rPr>
        <w:t>____________________________________________________</w:t>
      </w:r>
    </w:p>
    <w:p w14:paraId="6FD4C5A3" w14:textId="77777777" w:rsidR="005B6769" w:rsidRPr="00A70BAE" w:rsidRDefault="00000000">
      <w:pPr>
        <w:keepNext/>
        <w:spacing w:before="360" w:after="120"/>
        <w:rPr>
          <w:rFonts w:ascii="Aptos" w:hAnsi="Aptos"/>
          <w:color w:val="7030A0"/>
        </w:rPr>
      </w:pPr>
      <w:r w:rsidRPr="00A70BAE">
        <w:rPr>
          <w:rFonts w:ascii="Aptos" w:hAnsi="Aptos"/>
          <w:b/>
          <w:color w:val="7030A0"/>
          <w:sz w:val="28"/>
        </w:rPr>
        <w:lastRenderedPageBreak/>
        <w:t>Section 4: Technical &amp; Logistics</w:t>
      </w:r>
    </w:p>
    <w:p w14:paraId="50AEED68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Preferred Performance Setup (e.g., Full Live Band, Acoustic, Choir with Backing Tracks): </w:t>
      </w:r>
      <w:r w:rsidRPr="00AC0E79">
        <w:rPr>
          <w:rFonts w:ascii="Aptos" w:hAnsi="Aptos"/>
        </w:rPr>
        <w:t>____________________________________________________</w:t>
      </w:r>
    </w:p>
    <w:p w14:paraId="61D69DE6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Key Instruments Used: </w:t>
      </w:r>
      <w:r w:rsidRPr="00AC0E79">
        <w:rPr>
          <w:rFonts w:ascii="Aptos" w:hAnsi="Aptos"/>
        </w:rPr>
        <w:t>____________________________________________________</w:t>
      </w:r>
    </w:p>
    <w:p w14:paraId="585812DB" w14:textId="1BB9C411" w:rsidR="00AC0E79" w:rsidRDefault="00000000" w:rsidP="00AC0E79">
      <w:pPr>
        <w:rPr>
          <w:rFonts w:ascii="Aptos" w:hAnsi="Aptos"/>
        </w:rPr>
      </w:pPr>
      <w:r w:rsidRPr="00AC0E79">
        <w:rPr>
          <w:rFonts w:ascii="Aptos" w:hAnsi="Aptos"/>
          <w:b/>
        </w:rPr>
        <w:t>Do you have a standard technical rider/stage plan available if requested?</w:t>
      </w:r>
      <w:r w:rsidRPr="00AC0E79">
        <w:rPr>
          <w:rFonts w:ascii="Aptos" w:hAnsi="Aptos"/>
          <w:b/>
        </w:rPr>
        <w:br/>
      </w:r>
      <w:r w:rsidRPr="00AC0E79">
        <w:rPr>
          <w:rFonts w:ascii="Aptos" w:hAnsi="Aptos"/>
        </w:rPr>
        <w:t>[  ] Yes   [  ] No</w:t>
      </w:r>
    </w:p>
    <w:p w14:paraId="1635BFAC" w14:textId="4580A4FE" w:rsidR="005673BF" w:rsidRPr="00A70BAE" w:rsidRDefault="005673BF" w:rsidP="005673BF">
      <w:pPr>
        <w:keepNext/>
        <w:spacing w:before="360" w:after="120"/>
        <w:rPr>
          <w:rFonts w:ascii="Aptos" w:hAnsi="Aptos"/>
          <w:color w:val="7030A0"/>
        </w:rPr>
      </w:pPr>
      <w:r w:rsidRPr="00A70BAE">
        <w:rPr>
          <w:rFonts w:ascii="Aptos" w:hAnsi="Aptos"/>
          <w:b/>
          <w:color w:val="7030A0"/>
          <w:sz w:val="28"/>
        </w:rPr>
        <w:t xml:space="preserve">Section </w:t>
      </w:r>
      <w:r w:rsidRPr="00A70BAE">
        <w:rPr>
          <w:rFonts w:ascii="Aptos" w:hAnsi="Aptos"/>
          <w:b/>
          <w:color w:val="7030A0"/>
          <w:sz w:val="28"/>
        </w:rPr>
        <w:t>5</w:t>
      </w:r>
      <w:r w:rsidRPr="00A70BAE">
        <w:rPr>
          <w:rFonts w:ascii="Aptos" w:hAnsi="Aptos"/>
          <w:b/>
          <w:color w:val="7030A0"/>
          <w:sz w:val="28"/>
        </w:rPr>
        <w:t xml:space="preserve">: </w:t>
      </w:r>
      <w:r w:rsidRPr="00A70BAE">
        <w:rPr>
          <w:rFonts w:ascii="Aptos" w:hAnsi="Aptos"/>
          <w:b/>
          <w:color w:val="7030A0"/>
          <w:sz w:val="28"/>
        </w:rPr>
        <w:t>Your fee</w:t>
      </w:r>
    </w:p>
    <w:p w14:paraId="5CF4E79C" w14:textId="5B543CE9" w:rsidR="00112994" w:rsidRDefault="00112994" w:rsidP="00112994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>•</w:t>
      </w:r>
      <w:r>
        <w:rPr>
          <w:rFonts w:ascii="Aptos" w:hAnsi="Aptos"/>
          <w:b/>
        </w:rPr>
        <w:t xml:space="preserve"> Your fee</w:t>
      </w:r>
      <w:r w:rsidRPr="00AC0E79">
        <w:rPr>
          <w:rFonts w:ascii="Aptos" w:hAnsi="Aptos"/>
          <w:b/>
        </w:rPr>
        <w:t xml:space="preserve">: </w:t>
      </w:r>
      <w:r w:rsidRPr="00AC0E79">
        <w:rPr>
          <w:rFonts w:ascii="Aptos" w:hAnsi="Aptos"/>
        </w:rPr>
        <w:t>______________________________</w:t>
      </w:r>
    </w:p>
    <w:p w14:paraId="3EBB374B" w14:textId="22D5D053" w:rsidR="001C7CFE" w:rsidRPr="00AC0E79" w:rsidRDefault="00112994" w:rsidP="00A70BAE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</w:t>
      </w:r>
      <w:r>
        <w:rPr>
          <w:rFonts w:ascii="Aptos" w:hAnsi="Aptos"/>
          <w:b/>
        </w:rPr>
        <w:t>Do you charge VAT</w:t>
      </w:r>
      <w:r w:rsidRPr="00AC0E79">
        <w:rPr>
          <w:rFonts w:ascii="Aptos" w:hAnsi="Aptos"/>
          <w:b/>
        </w:rPr>
        <w:t xml:space="preserve">: </w:t>
      </w:r>
      <w:r w:rsidR="00D745AA" w:rsidRPr="00AC0E79">
        <w:rPr>
          <w:rFonts w:ascii="Aptos" w:hAnsi="Aptos"/>
        </w:rPr>
        <w:t>[  ] Yes   [  ] No</w:t>
      </w:r>
    </w:p>
    <w:p w14:paraId="69E1ADA9" w14:textId="2B042A85" w:rsidR="005B6769" w:rsidRPr="00A70BAE" w:rsidRDefault="00000000">
      <w:pPr>
        <w:keepNext/>
        <w:spacing w:before="360" w:after="120"/>
        <w:rPr>
          <w:rFonts w:ascii="Aptos" w:hAnsi="Aptos"/>
          <w:color w:val="7030A0"/>
        </w:rPr>
      </w:pPr>
      <w:r w:rsidRPr="00A70BAE">
        <w:rPr>
          <w:rFonts w:ascii="Aptos" w:hAnsi="Aptos"/>
          <w:b/>
          <w:color w:val="7030A0"/>
          <w:sz w:val="28"/>
        </w:rPr>
        <w:t xml:space="preserve">Section </w:t>
      </w:r>
      <w:r w:rsidR="00A70BAE" w:rsidRPr="00A70BAE">
        <w:rPr>
          <w:rFonts w:ascii="Aptos" w:hAnsi="Aptos"/>
          <w:b/>
          <w:color w:val="7030A0"/>
          <w:sz w:val="28"/>
        </w:rPr>
        <w:t>6</w:t>
      </w:r>
      <w:r w:rsidRPr="00A70BAE">
        <w:rPr>
          <w:rFonts w:ascii="Aptos" w:hAnsi="Aptos"/>
          <w:b/>
          <w:color w:val="7030A0"/>
          <w:sz w:val="28"/>
        </w:rPr>
        <w:t>: Declaration &amp; Support</w:t>
      </w:r>
    </w:p>
    <w:p w14:paraId="39D9FAA1" w14:textId="31636F9C" w:rsidR="00AC0E79" w:rsidRPr="00AC0E79" w:rsidRDefault="00000000">
      <w:pPr>
        <w:spacing w:after="240"/>
        <w:rPr>
          <w:rFonts w:ascii="Aptos" w:hAnsi="Aptos"/>
        </w:rPr>
      </w:pPr>
      <w:r w:rsidRPr="00AC0E79">
        <w:rPr>
          <w:rFonts w:ascii="Aptos" w:hAnsi="Aptos"/>
        </w:rPr>
        <w:t>Lleswyl is organi</w:t>
      </w:r>
      <w:r w:rsidR="00AC0E79" w:rsidRPr="00AC0E79">
        <w:rPr>
          <w:rFonts w:ascii="Aptos" w:hAnsi="Aptos"/>
        </w:rPr>
        <w:t>s</w:t>
      </w:r>
      <w:r w:rsidRPr="00AC0E79">
        <w:rPr>
          <w:rFonts w:ascii="Aptos" w:hAnsi="Aptos"/>
        </w:rPr>
        <w:t xml:space="preserve">ed by the charity Daring to Dream to raise vital awareness and provide </w:t>
      </w:r>
      <w:r w:rsidR="00AC0E79" w:rsidRPr="00AC0E79">
        <w:rPr>
          <w:rFonts w:ascii="Aptos" w:hAnsi="Aptos"/>
        </w:rPr>
        <w:t xml:space="preserve">live-streamed and ‘on demand’ </w:t>
      </w:r>
      <w:r w:rsidRPr="00AC0E79">
        <w:rPr>
          <w:rFonts w:ascii="Aptos" w:hAnsi="Aptos"/>
        </w:rPr>
        <w:t xml:space="preserve">entertainment free-of-charge for chronically ill adults. </w:t>
      </w:r>
      <w:r w:rsidR="00AC0E79" w:rsidRPr="00AC0E79">
        <w:rPr>
          <w:rFonts w:ascii="Aptos" w:hAnsi="Aptos"/>
        </w:rPr>
        <w:t xml:space="preserve">The broadcast night studio audience will purchase tickets for their </w:t>
      </w:r>
      <w:proofErr w:type="spellStart"/>
      <w:r w:rsidR="00AC0E79" w:rsidRPr="00AC0E79">
        <w:rPr>
          <w:rFonts w:ascii="Aptos" w:hAnsi="Aptos"/>
        </w:rPr>
        <w:t>Lleswyl</w:t>
      </w:r>
      <w:proofErr w:type="spellEnd"/>
      <w:r w:rsidR="00AC0E79" w:rsidRPr="00AC0E79">
        <w:rPr>
          <w:rFonts w:ascii="Aptos" w:hAnsi="Aptos"/>
        </w:rPr>
        <w:t xml:space="preserve"> experience. </w:t>
      </w:r>
    </w:p>
    <w:p w14:paraId="11D0184C" w14:textId="6E6F2B38" w:rsidR="005B6769" w:rsidRPr="00AC0E79" w:rsidRDefault="00000000">
      <w:pPr>
        <w:spacing w:after="240"/>
        <w:rPr>
          <w:rFonts w:ascii="Aptos" w:hAnsi="Aptos"/>
        </w:rPr>
      </w:pPr>
      <w:r w:rsidRPr="00AC0E79">
        <w:rPr>
          <w:rFonts w:ascii="Aptos" w:hAnsi="Aptos"/>
        </w:rPr>
        <w:t>By submitting this application, you acknowledge the charitable nature of the festival and express a willingness to work collaboratively with our team to support this cause.</w:t>
      </w:r>
    </w:p>
    <w:p w14:paraId="7740C9C3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Signature of Applicant: </w:t>
      </w:r>
      <w:r w:rsidRPr="00AC0E79">
        <w:rPr>
          <w:rFonts w:ascii="Aptos" w:hAnsi="Aptos"/>
        </w:rPr>
        <w:t>____________________________________________________</w:t>
      </w:r>
    </w:p>
    <w:p w14:paraId="0B8939DA" w14:textId="77777777" w:rsidR="005B6769" w:rsidRPr="00AC0E79" w:rsidRDefault="00000000">
      <w:pPr>
        <w:spacing w:after="160"/>
        <w:rPr>
          <w:rFonts w:ascii="Aptos" w:hAnsi="Aptos"/>
        </w:rPr>
      </w:pPr>
      <w:r w:rsidRPr="00AC0E79">
        <w:rPr>
          <w:rFonts w:ascii="Aptos" w:hAnsi="Aptos"/>
          <w:b/>
        </w:rPr>
        <w:t xml:space="preserve">• Date: </w:t>
      </w:r>
      <w:r w:rsidRPr="00AC0E79">
        <w:rPr>
          <w:rFonts w:ascii="Aptos" w:hAnsi="Aptos"/>
        </w:rPr>
        <w:t>____________________________________________________</w:t>
      </w:r>
    </w:p>
    <w:sectPr w:rsidR="005B6769" w:rsidRPr="00AC0E79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A512D"/>
    <w:multiLevelType w:val="hybridMultilevel"/>
    <w:tmpl w:val="353A4F80"/>
    <w:lvl w:ilvl="0" w:tplc="6BFAB9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E37A0"/>
    <w:multiLevelType w:val="hybridMultilevel"/>
    <w:tmpl w:val="F6000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F7ED1"/>
    <w:multiLevelType w:val="hybridMultilevel"/>
    <w:tmpl w:val="D2780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B6DC1"/>
    <w:multiLevelType w:val="hybridMultilevel"/>
    <w:tmpl w:val="AB7C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174041">
    <w:abstractNumId w:val="8"/>
  </w:num>
  <w:num w:numId="2" w16cid:durableId="55712185">
    <w:abstractNumId w:val="6"/>
  </w:num>
  <w:num w:numId="3" w16cid:durableId="1926107836">
    <w:abstractNumId w:val="5"/>
  </w:num>
  <w:num w:numId="4" w16cid:durableId="763305462">
    <w:abstractNumId w:val="4"/>
  </w:num>
  <w:num w:numId="5" w16cid:durableId="336536731">
    <w:abstractNumId w:val="7"/>
  </w:num>
  <w:num w:numId="6" w16cid:durableId="2119443538">
    <w:abstractNumId w:val="3"/>
  </w:num>
  <w:num w:numId="7" w16cid:durableId="1869755374">
    <w:abstractNumId w:val="2"/>
  </w:num>
  <w:num w:numId="8" w16cid:durableId="539319275">
    <w:abstractNumId w:val="1"/>
  </w:num>
  <w:num w:numId="9" w16cid:durableId="1804879914">
    <w:abstractNumId w:val="0"/>
  </w:num>
  <w:num w:numId="10" w16cid:durableId="358624014">
    <w:abstractNumId w:val="12"/>
  </w:num>
  <w:num w:numId="11" w16cid:durableId="1337731791">
    <w:abstractNumId w:val="10"/>
  </w:num>
  <w:num w:numId="12" w16cid:durableId="630016082">
    <w:abstractNumId w:val="9"/>
  </w:num>
  <w:num w:numId="13" w16cid:durableId="12954819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429"/>
    <w:rsid w:val="00112994"/>
    <w:rsid w:val="0015074B"/>
    <w:rsid w:val="001C7CFE"/>
    <w:rsid w:val="00282D72"/>
    <w:rsid w:val="0029639D"/>
    <w:rsid w:val="00326F90"/>
    <w:rsid w:val="0034071F"/>
    <w:rsid w:val="00371DAC"/>
    <w:rsid w:val="003A555A"/>
    <w:rsid w:val="004B7FFC"/>
    <w:rsid w:val="005673BF"/>
    <w:rsid w:val="005B6769"/>
    <w:rsid w:val="008B5424"/>
    <w:rsid w:val="00A70BAE"/>
    <w:rsid w:val="00AA1D8D"/>
    <w:rsid w:val="00AC0E79"/>
    <w:rsid w:val="00B47730"/>
    <w:rsid w:val="00CB0664"/>
    <w:rsid w:val="00D2176C"/>
    <w:rsid w:val="00D745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39638"/>
  <w14:defaultImageDpi w14:val="300"/>
  <w15:docId w15:val="{FCA97BD9-A7A4-48DB-87CA-AFF48F0A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Barbara Chidgey</cp:lastModifiedBy>
  <cp:revision>13</cp:revision>
  <dcterms:created xsi:type="dcterms:W3CDTF">2026-08-04T15:48:00Z</dcterms:created>
  <dcterms:modified xsi:type="dcterms:W3CDTF">2026-08-04T15:57:00Z</dcterms:modified>
  <cp:category/>
</cp:coreProperties>
</file>